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DD5B" w14:textId="77777777" w:rsidR="003362C7" w:rsidRPr="00185D82" w:rsidRDefault="00000000" w:rsidP="00185D82">
      <w:pPr>
        <w:pStyle w:val="Nagwek1"/>
        <w:jc w:val="center"/>
        <w:rPr>
          <w:color w:val="auto"/>
        </w:rPr>
      </w:pPr>
      <w:bookmarkStart w:id="0" w:name="OLE_LINK1"/>
      <w:r w:rsidRPr="00185D82">
        <w:rPr>
          <w:color w:val="auto"/>
        </w:rPr>
        <w:t>Formularz dla organizacji pozarządowych (NGO)</w:t>
      </w:r>
    </w:p>
    <w:p w14:paraId="117E9CEA" w14:textId="412363BF" w:rsidR="003362C7" w:rsidRPr="00185D82" w:rsidRDefault="00000000" w:rsidP="00185D82">
      <w:pPr>
        <w:spacing w:after="360"/>
        <w:jc w:val="center"/>
      </w:pPr>
      <w:r w:rsidRPr="00185D82">
        <w:t>Dotyczący planowanej współpracy z Gminą na rok</w:t>
      </w:r>
      <w:r w:rsidR="00185D82" w:rsidRPr="00185D82">
        <w:t xml:space="preserve"> 202</w:t>
      </w:r>
      <w:r w:rsidR="00E14AC6">
        <w:t>7</w:t>
      </w:r>
    </w:p>
    <w:p w14:paraId="415680F8" w14:textId="77777777" w:rsidR="003362C7" w:rsidRPr="00185D82" w:rsidRDefault="00000000" w:rsidP="00185D82">
      <w:pPr>
        <w:spacing w:before="240" w:after="0"/>
      </w:pPr>
      <w:r w:rsidRPr="00185D82">
        <w:t>Nazwa organizacji: ____________________________________________</w:t>
      </w:r>
    </w:p>
    <w:p w14:paraId="2E9E7A45" w14:textId="26C8103F" w:rsidR="003362C7" w:rsidRPr="00185D82" w:rsidRDefault="00000000" w:rsidP="00185D82">
      <w:pPr>
        <w:spacing w:before="120"/>
      </w:pPr>
      <w:r w:rsidRPr="00185D82">
        <w:t xml:space="preserve">Osoba </w:t>
      </w:r>
      <w:r w:rsidR="00185D82" w:rsidRPr="00185D82">
        <w:t>udzielająca informacji</w:t>
      </w:r>
      <w:r w:rsidRPr="00185D82">
        <w:t xml:space="preserve"> ____________________________________________</w:t>
      </w:r>
    </w:p>
    <w:p w14:paraId="10C56A2F" w14:textId="77777777" w:rsidR="003362C7" w:rsidRPr="00185D82" w:rsidRDefault="00000000">
      <w:pPr>
        <w:pStyle w:val="Nagwek2"/>
        <w:rPr>
          <w:color w:val="auto"/>
        </w:rPr>
      </w:pPr>
      <w:r w:rsidRPr="00185D82">
        <w:rPr>
          <w:color w:val="auto"/>
        </w:rPr>
        <w:t>1. Kontynuacja dotychczasowych zadań</w:t>
      </w:r>
    </w:p>
    <w:p w14:paraId="00873AA3" w14:textId="77777777" w:rsidR="003362C7" w:rsidRPr="00185D82" w:rsidRDefault="00000000">
      <w:r w:rsidRPr="00185D82">
        <w:t>Proszę wskazać, które z dotychczas realizowanych zadań organizacja planuje kontynuować: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2142"/>
        <w:gridCol w:w="2137"/>
        <w:gridCol w:w="2156"/>
        <w:gridCol w:w="2137"/>
      </w:tblGrid>
      <w:tr w:rsidR="00185D82" w:rsidRPr="00185D82" w14:paraId="46DD6B33" w14:textId="77777777" w:rsidTr="00185D82"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12F0C" w14:textId="49D3B167" w:rsidR="00185D82" w:rsidRPr="00185D82" w:rsidRDefault="00185D82" w:rsidP="00185D82">
            <w:r w:rsidRPr="00185D82">
              <w:t>Rodzaj zadania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6D465" w14:textId="30CE3C38" w:rsidR="00185D82" w:rsidRPr="00185D82" w:rsidRDefault="00185D82" w:rsidP="00185D82">
            <w:r w:rsidRPr="00185D82">
              <w:t>Krótki opis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AF1C42" w14:textId="6D250DB0" w:rsidR="00185D82" w:rsidRPr="00185D82" w:rsidRDefault="00185D82" w:rsidP="00185D82">
            <w:r w:rsidRPr="00185D82">
              <w:t>Szacowany koszt realizacji (zł)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BC33A" w14:textId="6E36E200" w:rsidR="00185D82" w:rsidRPr="00185D82" w:rsidRDefault="00185D82" w:rsidP="00185D82">
            <w:r w:rsidRPr="00185D82">
              <w:t>Uwagi</w:t>
            </w:r>
          </w:p>
        </w:tc>
      </w:tr>
      <w:tr w:rsidR="00185D82" w:rsidRPr="00185D82" w14:paraId="6F067171" w14:textId="77777777" w:rsidTr="00185D82">
        <w:tc>
          <w:tcPr>
            <w:tcW w:w="2195" w:type="dxa"/>
            <w:tcBorders>
              <w:top w:val="single" w:sz="12" w:space="0" w:color="auto"/>
            </w:tcBorders>
          </w:tcPr>
          <w:p w14:paraId="0E0832BD" w14:textId="77777777" w:rsidR="00185D82" w:rsidRPr="00185D82" w:rsidRDefault="00185D82" w:rsidP="00185D82"/>
        </w:tc>
        <w:tc>
          <w:tcPr>
            <w:tcW w:w="2195" w:type="dxa"/>
            <w:tcBorders>
              <w:top w:val="single" w:sz="12" w:space="0" w:color="auto"/>
            </w:tcBorders>
          </w:tcPr>
          <w:p w14:paraId="6B8F293D" w14:textId="77777777" w:rsidR="00185D82" w:rsidRPr="00185D82" w:rsidRDefault="00185D82" w:rsidP="00185D82"/>
        </w:tc>
        <w:tc>
          <w:tcPr>
            <w:tcW w:w="2195" w:type="dxa"/>
            <w:tcBorders>
              <w:top w:val="single" w:sz="12" w:space="0" w:color="auto"/>
            </w:tcBorders>
          </w:tcPr>
          <w:p w14:paraId="6E2E0C48" w14:textId="77777777" w:rsidR="00185D82" w:rsidRPr="00185D82" w:rsidRDefault="00185D82" w:rsidP="00185D82"/>
        </w:tc>
        <w:tc>
          <w:tcPr>
            <w:tcW w:w="2195" w:type="dxa"/>
            <w:tcBorders>
              <w:top w:val="single" w:sz="12" w:space="0" w:color="auto"/>
            </w:tcBorders>
          </w:tcPr>
          <w:p w14:paraId="779A218F" w14:textId="77777777" w:rsidR="00185D82" w:rsidRPr="00185D82" w:rsidRDefault="00185D82" w:rsidP="00185D82"/>
        </w:tc>
      </w:tr>
      <w:tr w:rsidR="001D110E" w:rsidRPr="00185D82" w14:paraId="50C756F3" w14:textId="77777777" w:rsidTr="00185D82">
        <w:tc>
          <w:tcPr>
            <w:tcW w:w="2195" w:type="dxa"/>
          </w:tcPr>
          <w:p w14:paraId="6C051F15" w14:textId="77777777" w:rsidR="00185D82" w:rsidRPr="00185D82" w:rsidRDefault="00185D82" w:rsidP="00185D82"/>
        </w:tc>
        <w:tc>
          <w:tcPr>
            <w:tcW w:w="2195" w:type="dxa"/>
          </w:tcPr>
          <w:p w14:paraId="1B865E45" w14:textId="77777777" w:rsidR="00185D82" w:rsidRPr="00185D82" w:rsidRDefault="00185D82" w:rsidP="00185D82"/>
        </w:tc>
        <w:tc>
          <w:tcPr>
            <w:tcW w:w="2195" w:type="dxa"/>
          </w:tcPr>
          <w:p w14:paraId="0CDB3770" w14:textId="77777777" w:rsidR="00185D82" w:rsidRPr="00185D82" w:rsidRDefault="00185D82" w:rsidP="00185D82"/>
        </w:tc>
        <w:tc>
          <w:tcPr>
            <w:tcW w:w="2195" w:type="dxa"/>
          </w:tcPr>
          <w:p w14:paraId="50EA8A45" w14:textId="77777777" w:rsidR="00185D82" w:rsidRPr="00185D82" w:rsidRDefault="00185D82" w:rsidP="00185D82"/>
        </w:tc>
      </w:tr>
    </w:tbl>
    <w:p w14:paraId="1075C224" w14:textId="77777777" w:rsidR="00185D82" w:rsidRPr="00185D82" w:rsidRDefault="00185D82"/>
    <w:p w14:paraId="4D8504C3" w14:textId="77777777" w:rsidR="003362C7" w:rsidRPr="00185D82" w:rsidRDefault="00000000">
      <w:pPr>
        <w:pStyle w:val="Nagwek2"/>
        <w:rPr>
          <w:color w:val="auto"/>
        </w:rPr>
      </w:pPr>
      <w:r w:rsidRPr="00185D82">
        <w:rPr>
          <w:color w:val="auto"/>
        </w:rPr>
        <w:t>2. Rezygnacja z dotychczasowych zadań</w:t>
      </w:r>
    </w:p>
    <w:p w14:paraId="0314821D" w14:textId="77777777" w:rsidR="003362C7" w:rsidRPr="00185D82" w:rsidRDefault="00000000">
      <w:r w:rsidRPr="00185D82">
        <w:t>Proszę wskazać, z których zadań organizacja rezygnuje i dlaczego: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2850"/>
        <w:gridCol w:w="2861"/>
        <w:gridCol w:w="2861"/>
      </w:tblGrid>
      <w:tr w:rsidR="00185D82" w:rsidRPr="00185D82" w14:paraId="45A86F13" w14:textId="77777777" w:rsidTr="00185D82"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83E6C" w14:textId="3A6014B2" w:rsidR="00185D82" w:rsidRPr="00185D82" w:rsidRDefault="00185D82">
            <w:r w:rsidRPr="00185D82">
              <w:t>Nazwa zadania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F7F43" w14:textId="5795E4DC" w:rsidR="00185D82" w:rsidRPr="00185D82" w:rsidRDefault="00185D82">
            <w:r w:rsidRPr="00185D82">
              <w:t>Powód rezygnacji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22453" w14:textId="0E5BFE87" w:rsidR="00185D82" w:rsidRPr="00185D82" w:rsidRDefault="00185D82">
            <w:r w:rsidRPr="00185D82">
              <w:t>Czy potrzebne jest wsparcie w innym zakresie?</w:t>
            </w:r>
          </w:p>
        </w:tc>
      </w:tr>
      <w:tr w:rsidR="00185D82" w:rsidRPr="00185D82" w14:paraId="54126170" w14:textId="77777777" w:rsidTr="00185D82">
        <w:tc>
          <w:tcPr>
            <w:tcW w:w="2926" w:type="dxa"/>
            <w:tcBorders>
              <w:top w:val="single" w:sz="12" w:space="0" w:color="auto"/>
            </w:tcBorders>
          </w:tcPr>
          <w:p w14:paraId="52F63502" w14:textId="77777777" w:rsidR="00185D82" w:rsidRPr="00185D82" w:rsidRDefault="00185D82"/>
        </w:tc>
        <w:tc>
          <w:tcPr>
            <w:tcW w:w="2927" w:type="dxa"/>
            <w:tcBorders>
              <w:top w:val="single" w:sz="12" w:space="0" w:color="auto"/>
            </w:tcBorders>
          </w:tcPr>
          <w:p w14:paraId="4A5C6039" w14:textId="77777777" w:rsidR="00185D82" w:rsidRPr="00185D82" w:rsidRDefault="00185D82"/>
        </w:tc>
        <w:tc>
          <w:tcPr>
            <w:tcW w:w="2927" w:type="dxa"/>
            <w:tcBorders>
              <w:top w:val="single" w:sz="12" w:space="0" w:color="auto"/>
            </w:tcBorders>
          </w:tcPr>
          <w:p w14:paraId="54E44405" w14:textId="77777777" w:rsidR="00185D82" w:rsidRPr="00185D82" w:rsidRDefault="00185D82"/>
        </w:tc>
      </w:tr>
      <w:tr w:rsidR="001D110E" w:rsidRPr="00185D82" w14:paraId="1BAE097F" w14:textId="77777777" w:rsidTr="00185D82">
        <w:tc>
          <w:tcPr>
            <w:tcW w:w="2926" w:type="dxa"/>
          </w:tcPr>
          <w:p w14:paraId="6284D583" w14:textId="77777777" w:rsidR="00185D82" w:rsidRPr="00185D82" w:rsidRDefault="00185D82"/>
        </w:tc>
        <w:tc>
          <w:tcPr>
            <w:tcW w:w="2927" w:type="dxa"/>
          </w:tcPr>
          <w:p w14:paraId="1CFFFE86" w14:textId="77777777" w:rsidR="00185D82" w:rsidRPr="00185D82" w:rsidRDefault="00185D82"/>
        </w:tc>
        <w:tc>
          <w:tcPr>
            <w:tcW w:w="2927" w:type="dxa"/>
          </w:tcPr>
          <w:p w14:paraId="23D41ECB" w14:textId="77777777" w:rsidR="00185D82" w:rsidRPr="00185D82" w:rsidRDefault="00185D82"/>
        </w:tc>
      </w:tr>
    </w:tbl>
    <w:p w14:paraId="1F9ED676" w14:textId="77777777" w:rsidR="00185D82" w:rsidRPr="00185D82" w:rsidRDefault="00185D82"/>
    <w:p w14:paraId="794FEA44" w14:textId="77777777" w:rsidR="003362C7" w:rsidRPr="00185D82" w:rsidRDefault="00000000">
      <w:pPr>
        <w:pStyle w:val="Nagwek2"/>
        <w:rPr>
          <w:color w:val="auto"/>
        </w:rPr>
      </w:pPr>
      <w:r w:rsidRPr="00185D82">
        <w:rPr>
          <w:color w:val="auto"/>
        </w:rPr>
        <w:t>3. Nowe propozycje działań / zadań</w:t>
      </w:r>
    </w:p>
    <w:p w14:paraId="09DB257F" w14:textId="77777777" w:rsidR="003362C7" w:rsidRPr="00185D82" w:rsidRDefault="00000000">
      <w:r w:rsidRPr="00185D82">
        <w:t>Proszę przedstawić nowe inicjatywy, które organizacja chciałaby realizować we współpracy z Gminą: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2156"/>
        <w:gridCol w:w="2139"/>
        <w:gridCol w:w="2139"/>
        <w:gridCol w:w="2138"/>
      </w:tblGrid>
      <w:tr w:rsidR="00185D82" w:rsidRPr="00185D82" w14:paraId="668DB43E" w14:textId="77777777" w:rsidTr="00317736"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379FB" w14:textId="7D999CDE" w:rsidR="00185D82" w:rsidRPr="00185D82" w:rsidRDefault="00185D82">
            <w:r w:rsidRPr="00185D82">
              <w:t>Proponowane zadanie / inicjatywa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B4E93" w14:textId="734B6B9A" w:rsidR="00185D82" w:rsidRPr="00185D82" w:rsidRDefault="00185D82">
            <w:r w:rsidRPr="00185D82">
              <w:t>Cel i planowane działania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246AE" w14:textId="60C72F82" w:rsidR="00185D82" w:rsidRPr="00185D82" w:rsidRDefault="00185D82">
            <w:r w:rsidRPr="00185D82">
              <w:t>Szacowany koszt (zł)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E4806" w14:textId="66A4FAA1" w:rsidR="00185D82" w:rsidRPr="00185D82" w:rsidRDefault="00185D82">
            <w:r w:rsidRPr="00185D82">
              <w:t>Potrzebne wsparcie Gminy (np. lokal, środki finansowe, patronat)</w:t>
            </w:r>
          </w:p>
        </w:tc>
      </w:tr>
      <w:tr w:rsidR="00317736" w:rsidRPr="00185D82" w14:paraId="5491F8FB" w14:textId="77777777" w:rsidTr="00317736">
        <w:tc>
          <w:tcPr>
            <w:tcW w:w="2195" w:type="dxa"/>
            <w:tcBorders>
              <w:top w:val="single" w:sz="12" w:space="0" w:color="auto"/>
              <w:bottom w:val="single" w:sz="2" w:space="0" w:color="auto"/>
            </w:tcBorders>
          </w:tcPr>
          <w:p w14:paraId="3CF26620" w14:textId="77777777" w:rsidR="00317736" w:rsidRPr="00185D82" w:rsidRDefault="00317736"/>
        </w:tc>
        <w:tc>
          <w:tcPr>
            <w:tcW w:w="2195" w:type="dxa"/>
            <w:tcBorders>
              <w:top w:val="single" w:sz="12" w:space="0" w:color="auto"/>
              <w:bottom w:val="single" w:sz="2" w:space="0" w:color="auto"/>
            </w:tcBorders>
          </w:tcPr>
          <w:p w14:paraId="3A449D49" w14:textId="77777777" w:rsidR="00317736" w:rsidRPr="00185D82" w:rsidRDefault="00317736"/>
        </w:tc>
        <w:tc>
          <w:tcPr>
            <w:tcW w:w="2195" w:type="dxa"/>
            <w:tcBorders>
              <w:top w:val="single" w:sz="12" w:space="0" w:color="auto"/>
              <w:bottom w:val="single" w:sz="2" w:space="0" w:color="auto"/>
            </w:tcBorders>
          </w:tcPr>
          <w:p w14:paraId="7552D42E" w14:textId="77777777" w:rsidR="00317736" w:rsidRPr="00185D82" w:rsidRDefault="00317736"/>
        </w:tc>
        <w:tc>
          <w:tcPr>
            <w:tcW w:w="2195" w:type="dxa"/>
            <w:tcBorders>
              <w:top w:val="single" w:sz="12" w:space="0" w:color="auto"/>
              <w:bottom w:val="single" w:sz="2" w:space="0" w:color="auto"/>
            </w:tcBorders>
          </w:tcPr>
          <w:p w14:paraId="05A2E0AD" w14:textId="77777777" w:rsidR="00317736" w:rsidRPr="00185D82" w:rsidRDefault="00317736"/>
        </w:tc>
      </w:tr>
      <w:tr w:rsidR="00317736" w:rsidRPr="00185D82" w14:paraId="69D690CC" w14:textId="77777777" w:rsidTr="00317736">
        <w:tc>
          <w:tcPr>
            <w:tcW w:w="2195" w:type="dxa"/>
            <w:tcBorders>
              <w:top w:val="single" w:sz="2" w:space="0" w:color="auto"/>
            </w:tcBorders>
          </w:tcPr>
          <w:p w14:paraId="547DDAA1" w14:textId="77777777" w:rsidR="00317736" w:rsidRPr="00185D82" w:rsidRDefault="00317736"/>
        </w:tc>
        <w:tc>
          <w:tcPr>
            <w:tcW w:w="2195" w:type="dxa"/>
            <w:tcBorders>
              <w:top w:val="single" w:sz="2" w:space="0" w:color="auto"/>
            </w:tcBorders>
          </w:tcPr>
          <w:p w14:paraId="7B3940DB" w14:textId="77777777" w:rsidR="00317736" w:rsidRPr="00185D82" w:rsidRDefault="00317736"/>
        </w:tc>
        <w:tc>
          <w:tcPr>
            <w:tcW w:w="2195" w:type="dxa"/>
            <w:tcBorders>
              <w:top w:val="single" w:sz="2" w:space="0" w:color="auto"/>
            </w:tcBorders>
          </w:tcPr>
          <w:p w14:paraId="5E7A00C0" w14:textId="77777777" w:rsidR="00317736" w:rsidRPr="00185D82" w:rsidRDefault="00317736"/>
        </w:tc>
        <w:tc>
          <w:tcPr>
            <w:tcW w:w="2195" w:type="dxa"/>
            <w:tcBorders>
              <w:top w:val="single" w:sz="2" w:space="0" w:color="auto"/>
            </w:tcBorders>
          </w:tcPr>
          <w:p w14:paraId="097BB4DF" w14:textId="77777777" w:rsidR="00317736" w:rsidRPr="00185D82" w:rsidRDefault="00317736"/>
        </w:tc>
      </w:tr>
    </w:tbl>
    <w:p w14:paraId="4C7DC0EA" w14:textId="77777777" w:rsidR="00185D82" w:rsidRPr="00185D82" w:rsidRDefault="00185D82"/>
    <w:p w14:paraId="55B8052F" w14:textId="77777777" w:rsidR="003362C7" w:rsidRPr="00185D82" w:rsidRDefault="00000000">
      <w:pPr>
        <w:pStyle w:val="Nagwek2"/>
        <w:rPr>
          <w:color w:val="auto"/>
        </w:rPr>
      </w:pPr>
      <w:r w:rsidRPr="00185D82">
        <w:rPr>
          <w:color w:val="auto"/>
        </w:rPr>
        <w:t>4. Dodatkowe uwagi / propozycje dot. współpracy</w:t>
      </w:r>
    </w:p>
    <w:p w14:paraId="0FABBD09" w14:textId="60634B22" w:rsidR="003362C7" w:rsidRPr="00185D82" w:rsidRDefault="00000000">
      <w:r w:rsidRPr="00185D82">
        <w:br/>
      </w:r>
      <w:r w:rsidRPr="00185D82">
        <w:br/>
      </w:r>
    </w:p>
    <w:p w14:paraId="4A7FB765" w14:textId="77777777" w:rsidR="003362C7" w:rsidRPr="00185D82" w:rsidRDefault="00000000">
      <w:r w:rsidRPr="00185D82">
        <w:t>Data: _____________________________</w:t>
      </w:r>
    </w:p>
    <w:p w14:paraId="20AB6F37" w14:textId="77777777" w:rsidR="003362C7" w:rsidRPr="00185D82" w:rsidRDefault="00000000">
      <w:r w:rsidRPr="00185D82">
        <w:t>Podpis osoby upoważnionej: _____________________________</w:t>
      </w:r>
      <w:bookmarkEnd w:id="0"/>
    </w:p>
    <w:sectPr w:rsidR="003362C7" w:rsidRPr="00185D8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5569">
    <w:abstractNumId w:val="8"/>
  </w:num>
  <w:num w:numId="2" w16cid:durableId="970088085">
    <w:abstractNumId w:val="6"/>
  </w:num>
  <w:num w:numId="3" w16cid:durableId="897520069">
    <w:abstractNumId w:val="5"/>
  </w:num>
  <w:num w:numId="4" w16cid:durableId="1085569818">
    <w:abstractNumId w:val="4"/>
  </w:num>
  <w:num w:numId="5" w16cid:durableId="987586060">
    <w:abstractNumId w:val="7"/>
  </w:num>
  <w:num w:numId="6" w16cid:durableId="247885802">
    <w:abstractNumId w:val="3"/>
  </w:num>
  <w:num w:numId="7" w16cid:durableId="762146493">
    <w:abstractNumId w:val="2"/>
  </w:num>
  <w:num w:numId="8" w16cid:durableId="2066249688">
    <w:abstractNumId w:val="1"/>
  </w:num>
  <w:num w:numId="9" w16cid:durableId="78292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D82"/>
    <w:rsid w:val="001D110E"/>
    <w:rsid w:val="0029639D"/>
    <w:rsid w:val="00317736"/>
    <w:rsid w:val="00326F90"/>
    <w:rsid w:val="003362C7"/>
    <w:rsid w:val="003E5444"/>
    <w:rsid w:val="005E7C37"/>
    <w:rsid w:val="006A4998"/>
    <w:rsid w:val="009C4B86"/>
    <w:rsid w:val="00AA1D8D"/>
    <w:rsid w:val="00B47730"/>
    <w:rsid w:val="00CB0664"/>
    <w:rsid w:val="00D849B3"/>
    <w:rsid w:val="00E14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0FA83"/>
  <w14:defaultImageDpi w14:val="300"/>
  <w15:docId w15:val="{7B79A1F8-D75E-4551-B44A-20A1C40C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Ptak</dc:creator>
  <cp:keywords/>
  <dc:description>generated by python-docx</dc:description>
  <cp:lastModifiedBy>Magdalena Ptak</cp:lastModifiedBy>
  <cp:revision>5</cp:revision>
  <dcterms:created xsi:type="dcterms:W3CDTF">2025-10-08T07:46:00Z</dcterms:created>
  <dcterms:modified xsi:type="dcterms:W3CDTF">2026-09-22T13:34:00Z</dcterms:modified>
  <cp:category/>
</cp:coreProperties>
</file>